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FD6B34" w14:textId="77777777" w:rsidR="00C15E90" w:rsidRPr="0008352E" w:rsidRDefault="00000000">
      <w:pPr>
        <w:keepNext/>
        <w:spacing w:after="60"/>
        <w:jc w:val="center"/>
        <w:rPr>
          <w:lang w:val="hr-HR"/>
        </w:rPr>
      </w:pPr>
      <w:r w:rsidRPr="0008352E">
        <w:rPr>
          <w:rFonts w:eastAsia="Arial"/>
          <w:b/>
          <w:sz w:val="30"/>
          <w:lang w:val="hr-HR"/>
        </w:rPr>
        <w:t>OBRAZAC</w:t>
      </w:r>
    </w:p>
    <w:p w14:paraId="4C066C6D" w14:textId="77777777" w:rsidR="00C15E90" w:rsidRPr="0008352E" w:rsidRDefault="00000000">
      <w:pPr>
        <w:spacing w:after="280"/>
        <w:jc w:val="center"/>
        <w:rPr>
          <w:lang w:val="hr-HR"/>
        </w:rPr>
      </w:pPr>
      <w:r w:rsidRPr="0008352E">
        <w:rPr>
          <w:rFonts w:eastAsia="Arial"/>
          <w:b/>
          <w:sz w:val="24"/>
          <w:lang w:val="hr-HR"/>
        </w:rPr>
        <w:t>SUDJELOVANJA U SAVJETOVANJU S JAVNOŠĆU</w:t>
      </w:r>
    </w:p>
    <w:tbl>
      <w:tblPr>
        <w:tblW w:w="9480" w:type="dxa"/>
        <w:tblInd w:w="120" w:type="dxa"/>
        <w:tblBorders>
          <w:top w:val="single" w:sz="6" w:space="0" w:color="A6A6A6"/>
          <w:left w:val="single" w:sz="6" w:space="0" w:color="A6A6A6"/>
          <w:bottom w:val="single" w:sz="6" w:space="0" w:color="A6A6A6"/>
          <w:right w:val="single" w:sz="6" w:space="0" w:color="A6A6A6"/>
          <w:insideH w:val="single" w:sz="6" w:space="0" w:color="A6A6A6"/>
          <w:insideV w:val="single" w:sz="6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3200"/>
        <w:gridCol w:w="6280"/>
      </w:tblGrid>
      <w:tr w:rsidR="00C15E90" w:rsidRPr="0008352E" w14:paraId="3EA37731" w14:textId="77777777">
        <w:trPr>
          <w:tblHeader/>
        </w:trPr>
        <w:tc>
          <w:tcPr>
            <w:tcW w:w="3200" w:type="dxa"/>
            <w:shd w:val="clear" w:color="auto" w:fill="F7EDEE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D7A76D4" w14:textId="77777777" w:rsidR="00C15E90" w:rsidRPr="0008352E" w:rsidRDefault="00000000">
            <w:pPr>
              <w:spacing w:after="0" w:line="252" w:lineRule="auto"/>
              <w:jc w:val="center"/>
              <w:rPr>
                <w:lang w:val="hr-HR"/>
              </w:rPr>
            </w:pPr>
            <w:r w:rsidRPr="0008352E">
              <w:rPr>
                <w:rFonts w:eastAsia="Arial"/>
                <w:b/>
                <w:sz w:val="21"/>
                <w:lang w:val="hr-HR"/>
              </w:rPr>
              <w:t>Podatak</w:t>
            </w:r>
          </w:p>
        </w:tc>
        <w:tc>
          <w:tcPr>
            <w:tcW w:w="6280" w:type="dxa"/>
            <w:shd w:val="clear" w:color="auto" w:fill="F7EDEE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E2D65B4" w14:textId="77777777" w:rsidR="00C15E90" w:rsidRPr="0008352E" w:rsidRDefault="00000000">
            <w:pPr>
              <w:spacing w:after="0" w:line="252" w:lineRule="auto"/>
              <w:jc w:val="center"/>
              <w:rPr>
                <w:lang w:val="hr-HR"/>
              </w:rPr>
            </w:pPr>
            <w:r w:rsidRPr="0008352E">
              <w:rPr>
                <w:rFonts w:eastAsia="Arial"/>
                <w:b/>
                <w:sz w:val="21"/>
                <w:lang w:val="hr-HR"/>
              </w:rPr>
              <w:t>Sadržaj</w:t>
            </w:r>
          </w:p>
        </w:tc>
      </w:tr>
      <w:tr w:rsidR="00C15E90" w:rsidRPr="0008352E" w14:paraId="516F6578" w14:textId="77777777">
        <w:tc>
          <w:tcPr>
            <w:tcW w:w="3200" w:type="dxa"/>
            <w:shd w:val="clear" w:color="auto" w:fill="F2F4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020739C" w14:textId="77777777" w:rsidR="00C15E90" w:rsidRPr="0008352E" w:rsidRDefault="00000000">
            <w:pPr>
              <w:spacing w:after="0" w:line="252" w:lineRule="auto"/>
              <w:rPr>
                <w:lang w:val="hr-HR"/>
              </w:rPr>
            </w:pPr>
            <w:r w:rsidRPr="0008352E">
              <w:rPr>
                <w:rFonts w:eastAsia="Arial"/>
                <w:b/>
                <w:sz w:val="21"/>
                <w:lang w:val="hr-HR"/>
              </w:rPr>
              <w:t>Naziv dokumenta</w:t>
            </w:r>
          </w:p>
        </w:tc>
        <w:tc>
          <w:tcPr>
            <w:tcW w:w="62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7FFF53A" w14:textId="77777777" w:rsidR="00C15E90" w:rsidRPr="0008352E" w:rsidRDefault="00000000">
            <w:pPr>
              <w:spacing w:after="0" w:line="252" w:lineRule="auto"/>
              <w:rPr>
                <w:lang w:val="hr-HR"/>
              </w:rPr>
            </w:pPr>
            <w:r w:rsidRPr="0008352E">
              <w:rPr>
                <w:rFonts w:eastAsia="Arial"/>
                <w:sz w:val="21"/>
                <w:lang w:val="hr-HR"/>
              </w:rPr>
              <w:t>Nacrt Pravilnika o planiranju i provedbi postupaka jednostavne nabave</w:t>
            </w:r>
          </w:p>
        </w:tc>
      </w:tr>
      <w:tr w:rsidR="00C15E90" w:rsidRPr="0008352E" w14:paraId="33C74722" w14:textId="77777777">
        <w:tc>
          <w:tcPr>
            <w:tcW w:w="3200" w:type="dxa"/>
            <w:shd w:val="clear" w:color="auto" w:fill="F2F4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9949DA9" w14:textId="77777777" w:rsidR="00C15E90" w:rsidRPr="0008352E" w:rsidRDefault="00000000">
            <w:pPr>
              <w:spacing w:after="0" w:line="252" w:lineRule="auto"/>
              <w:rPr>
                <w:lang w:val="hr-HR"/>
              </w:rPr>
            </w:pPr>
            <w:r w:rsidRPr="0008352E">
              <w:rPr>
                <w:rFonts w:eastAsia="Arial"/>
                <w:b/>
                <w:sz w:val="21"/>
                <w:lang w:val="hr-HR"/>
              </w:rPr>
              <w:t>Nositelj izrade</w:t>
            </w:r>
          </w:p>
        </w:tc>
        <w:tc>
          <w:tcPr>
            <w:tcW w:w="62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57139E8" w14:textId="77777777" w:rsidR="00C15E90" w:rsidRPr="0008352E" w:rsidRDefault="00000000">
            <w:pPr>
              <w:spacing w:after="0" w:line="252" w:lineRule="auto"/>
              <w:rPr>
                <w:lang w:val="hr-HR"/>
              </w:rPr>
            </w:pPr>
            <w:r w:rsidRPr="0008352E">
              <w:rPr>
                <w:rFonts w:eastAsia="Arial"/>
                <w:sz w:val="21"/>
                <w:lang w:val="hr-HR"/>
              </w:rPr>
              <w:t>Vatrogasna zajednica Osječko-baranjske županije</w:t>
            </w:r>
          </w:p>
        </w:tc>
      </w:tr>
      <w:tr w:rsidR="00C15E90" w:rsidRPr="0008352E" w14:paraId="78DCF2D6" w14:textId="77777777">
        <w:tc>
          <w:tcPr>
            <w:tcW w:w="3200" w:type="dxa"/>
            <w:shd w:val="clear" w:color="auto" w:fill="F2F4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F00B29F" w14:textId="77777777" w:rsidR="00C15E90" w:rsidRPr="0008352E" w:rsidRDefault="00000000">
            <w:pPr>
              <w:spacing w:after="0" w:line="252" w:lineRule="auto"/>
              <w:rPr>
                <w:lang w:val="hr-HR"/>
              </w:rPr>
            </w:pPr>
            <w:r w:rsidRPr="0008352E">
              <w:rPr>
                <w:rFonts w:eastAsia="Arial"/>
                <w:b/>
                <w:sz w:val="21"/>
                <w:lang w:val="hr-HR"/>
              </w:rPr>
              <w:t>Razdoblje savjetovanja</w:t>
            </w:r>
          </w:p>
        </w:tc>
        <w:tc>
          <w:tcPr>
            <w:tcW w:w="62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8D184B5" w14:textId="1466A42C" w:rsidR="00C15E90" w:rsidRPr="0008352E" w:rsidRDefault="00DA75F4">
            <w:pPr>
              <w:spacing w:after="0" w:line="252" w:lineRule="auto"/>
              <w:rPr>
                <w:lang w:val="hr-HR"/>
              </w:rPr>
            </w:pPr>
            <w:r w:rsidRPr="0008352E">
              <w:rPr>
                <w:lang w:val="hr-HR"/>
              </w:rPr>
              <w:t>14.08.2026. – 12.09.2026.</w:t>
            </w:r>
          </w:p>
        </w:tc>
      </w:tr>
      <w:tr w:rsidR="00C15E90" w:rsidRPr="0008352E" w14:paraId="27428DC4" w14:textId="77777777">
        <w:tc>
          <w:tcPr>
            <w:tcW w:w="3200" w:type="dxa"/>
            <w:shd w:val="clear" w:color="auto" w:fill="F2F4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F5CE8D6" w14:textId="77777777" w:rsidR="00C15E90" w:rsidRPr="0008352E" w:rsidRDefault="00000000">
            <w:pPr>
              <w:spacing w:after="0" w:line="252" w:lineRule="auto"/>
              <w:rPr>
                <w:lang w:val="hr-HR"/>
              </w:rPr>
            </w:pPr>
            <w:r w:rsidRPr="0008352E">
              <w:rPr>
                <w:rFonts w:eastAsia="Arial"/>
                <w:b/>
                <w:sz w:val="21"/>
                <w:lang w:val="hr-HR"/>
              </w:rPr>
              <w:t>Naziv / ime i prezime sudionika</w:t>
            </w:r>
          </w:p>
        </w:tc>
        <w:tc>
          <w:tcPr>
            <w:tcW w:w="62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A5D4591" w14:textId="77777777" w:rsidR="00C15E90" w:rsidRPr="0008352E" w:rsidRDefault="00000000">
            <w:pPr>
              <w:spacing w:after="0" w:line="252" w:lineRule="auto"/>
              <w:rPr>
                <w:lang w:val="hr-HR"/>
              </w:rPr>
            </w:pPr>
            <w:r w:rsidRPr="0008352E">
              <w:rPr>
                <w:rFonts w:eastAsia="Arial"/>
                <w:sz w:val="21"/>
                <w:shd w:val="clear" w:color="auto" w:fill="FFF2CC"/>
                <w:lang w:val="hr-HR"/>
              </w:rPr>
              <w:t>[UPISATI]</w:t>
            </w:r>
          </w:p>
        </w:tc>
      </w:tr>
      <w:tr w:rsidR="00C15E90" w:rsidRPr="0008352E" w14:paraId="321646E7" w14:textId="77777777">
        <w:tc>
          <w:tcPr>
            <w:tcW w:w="3200" w:type="dxa"/>
            <w:shd w:val="clear" w:color="auto" w:fill="F2F4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F45539F" w14:textId="77777777" w:rsidR="00C15E90" w:rsidRPr="0008352E" w:rsidRDefault="00000000">
            <w:pPr>
              <w:spacing w:after="0" w:line="252" w:lineRule="auto"/>
              <w:rPr>
                <w:lang w:val="hr-HR"/>
              </w:rPr>
            </w:pPr>
            <w:r w:rsidRPr="0008352E">
              <w:rPr>
                <w:rFonts w:eastAsia="Arial"/>
                <w:b/>
                <w:sz w:val="21"/>
                <w:lang w:val="hr-HR"/>
              </w:rPr>
              <w:t>Organizacija i svojstvo sudionika, ako je primjenjivo</w:t>
            </w:r>
          </w:p>
        </w:tc>
        <w:tc>
          <w:tcPr>
            <w:tcW w:w="62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1A5D62C" w14:textId="77777777" w:rsidR="00C15E90" w:rsidRPr="0008352E" w:rsidRDefault="00000000">
            <w:pPr>
              <w:spacing w:after="0" w:line="252" w:lineRule="auto"/>
              <w:rPr>
                <w:lang w:val="hr-HR"/>
              </w:rPr>
            </w:pPr>
            <w:r w:rsidRPr="0008352E">
              <w:rPr>
                <w:rFonts w:eastAsia="Arial"/>
                <w:sz w:val="21"/>
                <w:shd w:val="clear" w:color="auto" w:fill="FFF2CC"/>
                <w:lang w:val="hr-HR"/>
              </w:rPr>
              <w:t>[UPISATI]</w:t>
            </w:r>
          </w:p>
        </w:tc>
      </w:tr>
      <w:tr w:rsidR="00C15E90" w:rsidRPr="0008352E" w14:paraId="6CB2812C" w14:textId="77777777">
        <w:tc>
          <w:tcPr>
            <w:tcW w:w="3200" w:type="dxa"/>
            <w:shd w:val="clear" w:color="auto" w:fill="F2F4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BAADB7F" w14:textId="77777777" w:rsidR="00C15E90" w:rsidRPr="0008352E" w:rsidRDefault="00000000">
            <w:pPr>
              <w:spacing w:after="0" w:line="252" w:lineRule="auto"/>
              <w:rPr>
                <w:lang w:val="hr-HR"/>
              </w:rPr>
            </w:pPr>
            <w:r w:rsidRPr="0008352E">
              <w:rPr>
                <w:rFonts w:eastAsia="Arial"/>
                <w:b/>
                <w:sz w:val="21"/>
                <w:lang w:val="hr-HR"/>
              </w:rPr>
              <w:t>Adresa elektroničke pošte ili drugi kontakt</w:t>
            </w:r>
          </w:p>
        </w:tc>
        <w:tc>
          <w:tcPr>
            <w:tcW w:w="62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4B346DF" w14:textId="77777777" w:rsidR="00C15E90" w:rsidRPr="0008352E" w:rsidRDefault="00000000">
            <w:pPr>
              <w:spacing w:after="0" w:line="252" w:lineRule="auto"/>
              <w:rPr>
                <w:lang w:val="hr-HR"/>
              </w:rPr>
            </w:pPr>
            <w:r w:rsidRPr="0008352E">
              <w:rPr>
                <w:rFonts w:eastAsia="Arial"/>
                <w:sz w:val="21"/>
                <w:shd w:val="clear" w:color="auto" w:fill="FFF2CC"/>
                <w:lang w:val="hr-HR"/>
              </w:rPr>
              <w:t>[UPISATI]</w:t>
            </w:r>
          </w:p>
        </w:tc>
      </w:tr>
    </w:tbl>
    <w:p w14:paraId="17125C9D" w14:textId="77777777" w:rsidR="00C15E90" w:rsidRPr="0008352E" w:rsidRDefault="00000000">
      <w:pPr>
        <w:pStyle w:val="Heading1"/>
        <w:keepNext w:val="0"/>
        <w:spacing w:before="240" w:after="120"/>
        <w:rPr>
          <w:lang w:val="hr-HR"/>
        </w:rPr>
      </w:pPr>
      <w:r w:rsidRPr="0008352E">
        <w:rPr>
          <w:rFonts w:ascii="Arial" w:eastAsia="Arial" w:hAnsi="Arial"/>
          <w:b w:val="0"/>
          <w:sz w:val="22"/>
          <w:lang w:val="hr-HR"/>
        </w:rPr>
        <w:t>Mišljenja, primjedbe i prijedlozi</w:t>
      </w:r>
    </w:p>
    <w:p w14:paraId="3677AE9B" w14:textId="77777777" w:rsidR="00C15E90" w:rsidRPr="0008352E" w:rsidRDefault="00000000">
      <w:pPr>
        <w:rPr>
          <w:lang w:val="hr-HR"/>
        </w:rPr>
      </w:pPr>
      <w:r w:rsidRPr="0008352E">
        <w:rPr>
          <w:rFonts w:eastAsia="Arial"/>
          <w:i/>
          <w:color w:val="5B5B5B"/>
          <w:sz w:val="20"/>
          <w:lang w:val="hr-HR"/>
        </w:rPr>
        <w:t>Za svaki prijedlog preporučuje se koristiti zaseban red. Po potrebi dodajte nove retke.</w:t>
      </w:r>
    </w:p>
    <w:tbl>
      <w:tblPr>
        <w:tblW w:w="9480" w:type="dxa"/>
        <w:tblInd w:w="120" w:type="dxa"/>
        <w:tblBorders>
          <w:top w:val="single" w:sz="6" w:space="0" w:color="A6A6A6"/>
          <w:left w:val="single" w:sz="6" w:space="0" w:color="A6A6A6"/>
          <w:bottom w:val="single" w:sz="6" w:space="0" w:color="A6A6A6"/>
          <w:right w:val="single" w:sz="6" w:space="0" w:color="A6A6A6"/>
          <w:insideH w:val="single" w:sz="6" w:space="0" w:color="A6A6A6"/>
          <w:insideV w:val="single" w:sz="6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750"/>
        <w:gridCol w:w="3500"/>
        <w:gridCol w:w="3530"/>
      </w:tblGrid>
      <w:tr w:rsidR="00C15E90" w:rsidRPr="0008352E" w14:paraId="23978A2E" w14:textId="77777777">
        <w:trPr>
          <w:tblHeader/>
        </w:trPr>
        <w:tc>
          <w:tcPr>
            <w:tcW w:w="700" w:type="dxa"/>
            <w:shd w:val="clear" w:color="auto" w:fill="F7EDEE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872334C" w14:textId="77777777" w:rsidR="00C15E90" w:rsidRPr="0008352E" w:rsidRDefault="00000000">
            <w:pPr>
              <w:spacing w:after="0" w:line="252" w:lineRule="auto"/>
              <w:jc w:val="center"/>
              <w:rPr>
                <w:lang w:val="hr-HR"/>
              </w:rPr>
            </w:pPr>
            <w:r w:rsidRPr="0008352E">
              <w:rPr>
                <w:rFonts w:eastAsia="Arial"/>
                <w:b/>
                <w:sz w:val="21"/>
                <w:lang w:val="hr-HR"/>
              </w:rPr>
              <w:t>Red. br.</w:t>
            </w:r>
          </w:p>
        </w:tc>
        <w:tc>
          <w:tcPr>
            <w:tcW w:w="1750" w:type="dxa"/>
            <w:shd w:val="clear" w:color="auto" w:fill="F7EDEE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026ACEC" w14:textId="77777777" w:rsidR="00C15E90" w:rsidRPr="0008352E" w:rsidRDefault="00000000">
            <w:pPr>
              <w:spacing w:after="0" w:line="252" w:lineRule="auto"/>
              <w:jc w:val="center"/>
              <w:rPr>
                <w:lang w:val="hr-HR"/>
              </w:rPr>
            </w:pPr>
            <w:r w:rsidRPr="0008352E">
              <w:rPr>
                <w:rFonts w:eastAsia="Arial"/>
                <w:b/>
                <w:sz w:val="21"/>
                <w:lang w:val="hr-HR"/>
              </w:rPr>
              <w:t>Članak / dio Nacrta</w:t>
            </w:r>
          </w:p>
        </w:tc>
        <w:tc>
          <w:tcPr>
            <w:tcW w:w="3500" w:type="dxa"/>
            <w:shd w:val="clear" w:color="auto" w:fill="F7EDEE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6C4AA0F" w14:textId="77777777" w:rsidR="00C15E90" w:rsidRPr="0008352E" w:rsidRDefault="00000000">
            <w:pPr>
              <w:spacing w:after="0" w:line="252" w:lineRule="auto"/>
              <w:jc w:val="center"/>
              <w:rPr>
                <w:lang w:val="hr-HR"/>
              </w:rPr>
            </w:pPr>
            <w:r w:rsidRPr="0008352E">
              <w:rPr>
                <w:rFonts w:eastAsia="Arial"/>
                <w:b/>
                <w:sz w:val="21"/>
                <w:lang w:val="hr-HR"/>
              </w:rPr>
              <w:t>Prijedlog izmjene ili primjedba</w:t>
            </w:r>
          </w:p>
        </w:tc>
        <w:tc>
          <w:tcPr>
            <w:tcW w:w="3530" w:type="dxa"/>
            <w:shd w:val="clear" w:color="auto" w:fill="F7EDEE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1BCD07F" w14:textId="77777777" w:rsidR="00C15E90" w:rsidRPr="0008352E" w:rsidRDefault="00000000">
            <w:pPr>
              <w:spacing w:after="0" w:line="252" w:lineRule="auto"/>
              <w:jc w:val="center"/>
              <w:rPr>
                <w:lang w:val="hr-HR"/>
              </w:rPr>
            </w:pPr>
            <w:r w:rsidRPr="0008352E">
              <w:rPr>
                <w:rFonts w:eastAsia="Arial"/>
                <w:b/>
                <w:sz w:val="21"/>
                <w:lang w:val="hr-HR"/>
              </w:rPr>
              <w:t>Obrazloženje</w:t>
            </w:r>
          </w:p>
        </w:tc>
      </w:tr>
      <w:tr w:rsidR="00C15E90" w:rsidRPr="0008352E" w14:paraId="53367C3B" w14:textId="77777777">
        <w:tc>
          <w:tcPr>
            <w:tcW w:w="7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79CCBB9" w14:textId="77777777" w:rsidR="00C15E90" w:rsidRPr="0008352E" w:rsidRDefault="00000000" w:rsidP="00CE6F73">
            <w:pPr>
              <w:spacing w:after="480" w:line="252" w:lineRule="auto"/>
              <w:jc w:val="center"/>
              <w:rPr>
                <w:lang w:val="hr-HR"/>
              </w:rPr>
            </w:pPr>
            <w:r w:rsidRPr="0008352E">
              <w:rPr>
                <w:rFonts w:eastAsia="Arial"/>
                <w:sz w:val="21"/>
                <w:lang w:val="hr-HR"/>
              </w:rPr>
              <w:t>1</w:t>
            </w:r>
          </w:p>
        </w:tc>
        <w:tc>
          <w:tcPr>
            <w:tcW w:w="17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54036D9" w14:textId="77777777" w:rsidR="00C15E90" w:rsidRPr="0008352E" w:rsidRDefault="00C15E90" w:rsidP="00CE6F73">
            <w:pPr>
              <w:spacing w:after="480" w:line="252" w:lineRule="auto"/>
              <w:jc w:val="center"/>
              <w:rPr>
                <w:lang w:val="hr-HR"/>
              </w:rPr>
            </w:pPr>
          </w:p>
        </w:tc>
        <w:tc>
          <w:tcPr>
            <w:tcW w:w="3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B84F6FA" w14:textId="428597B4" w:rsidR="00C15E90" w:rsidRPr="0008352E" w:rsidRDefault="00C15E90" w:rsidP="00CE6F73">
            <w:pPr>
              <w:spacing w:after="480" w:line="252" w:lineRule="auto"/>
              <w:jc w:val="center"/>
              <w:rPr>
                <w:lang w:val="hr-HR"/>
              </w:rPr>
            </w:pPr>
          </w:p>
        </w:tc>
        <w:tc>
          <w:tcPr>
            <w:tcW w:w="353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703ADFD" w14:textId="47B33F06" w:rsidR="00C15E90" w:rsidRPr="0008352E" w:rsidRDefault="00C15E90" w:rsidP="00CE6F73">
            <w:pPr>
              <w:spacing w:after="480" w:line="252" w:lineRule="auto"/>
              <w:jc w:val="center"/>
              <w:rPr>
                <w:lang w:val="hr-HR"/>
              </w:rPr>
            </w:pPr>
          </w:p>
        </w:tc>
      </w:tr>
      <w:tr w:rsidR="00C15E90" w:rsidRPr="0008352E" w14:paraId="7D710F3F" w14:textId="77777777">
        <w:tc>
          <w:tcPr>
            <w:tcW w:w="7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C48BB8C" w14:textId="77777777" w:rsidR="00C15E90" w:rsidRPr="0008352E" w:rsidRDefault="00000000" w:rsidP="00CE6F73">
            <w:pPr>
              <w:spacing w:after="480" w:line="252" w:lineRule="auto"/>
              <w:jc w:val="center"/>
              <w:rPr>
                <w:lang w:val="hr-HR"/>
              </w:rPr>
            </w:pPr>
            <w:r w:rsidRPr="0008352E">
              <w:rPr>
                <w:rFonts w:eastAsia="Arial"/>
                <w:sz w:val="21"/>
                <w:lang w:val="hr-HR"/>
              </w:rPr>
              <w:t>2</w:t>
            </w:r>
          </w:p>
        </w:tc>
        <w:tc>
          <w:tcPr>
            <w:tcW w:w="17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D4FDB14" w14:textId="77777777" w:rsidR="00C15E90" w:rsidRPr="0008352E" w:rsidRDefault="00C15E90" w:rsidP="00CE6F73">
            <w:pPr>
              <w:spacing w:after="480" w:line="252" w:lineRule="auto"/>
              <w:jc w:val="center"/>
              <w:rPr>
                <w:lang w:val="hr-HR"/>
              </w:rPr>
            </w:pPr>
          </w:p>
        </w:tc>
        <w:tc>
          <w:tcPr>
            <w:tcW w:w="3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B94536D" w14:textId="77777777" w:rsidR="00C15E90" w:rsidRPr="0008352E" w:rsidRDefault="00C15E90" w:rsidP="00CE6F73">
            <w:pPr>
              <w:spacing w:after="480" w:line="252" w:lineRule="auto"/>
              <w:jc w:val="center"/>
              <w:rPr>
                <w:lang w:val="hr-HR"/>
              </w:rPr>
            </w:pPr>
          </w:p>
        </w:tc>
        <w:tc>
          <w:tcPr>
            <w:tcW w:w="353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451492D" w14:textId="77777777" w:rsidR="00C15E90" w:rsidRPr="0008352E" w:rsidRDefault="00C15E90" w:rsidP="00CE6F73">
            <w:pPr>
              <w:spacing w:after="480" w:line="252" w:lineRule="auto"/>
              <w:jc w:val="center"/>
              <w:rPr>
                <w:lang w:val="hr-HR"/>
              </w:rPr>
            </w:pPr>
          </w:p>
        </w:tc>
      </w:tr>
      <w:tr w:rsidR="00C15E90" w:rsidRPr="0008352E" w14:paraId="6B1FE79A" w14:textId="77777777">
        <w:tc>
          <w:tcPr>
            <w:tcW w:w="7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562E429" w14:textId="77777777" w:rsidR="00C15E90" w:rsidRPr="0008352E" w:rsidRDefault="00000000" w:rsidP="00CE6F73">
            <w:pPr>
              <w:spacing w:after="480" w:line="252" w:lineRule="auto"/>
              <w:jc w:val="center"/>
              <w:rPr>
                <w:lang w:val="hr-HR"/>
              </w:rPr>
            </w:pPr>
            <w:r w:rsidRPr="0008352E">
              <w:rPr>
                <w:rFonts w:eastAsia="Arial"/>
                <w:sz w:val="21"/>
                <w:lang w:val="hr-HR"/>
              </w:rPr>
              <w:t>3</w:t>
            </w:r>
          </w:p>
        </w:tc>
        <w:tc>
          <w:tcPr>
            <w:tcW w:w="17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DD7F7E5" w14:textId="77777777" w:rsidR="00C15E90" w:rsidRPr="0008352E" w:rsidRDefault="00C15E90" w:rsidP="00CE6F73">
            <w:pPr>
              <w:spacing w:after="480" w:line="252" w:lineRule="auto"/>
              <w:jc w:val="center"/>
              <w:rPr>
                <w:lang w:val="hr-HR"/>
              </w:rPr>
            </w:pPr>
          </w:p>
        </w:tc>
        <w:tc>
          <w:tcPr>
            <w:tcW w:w="3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14E07E7" w14:textId="77777777" w:rsidR="00C15E90" w:rsidRPr="0008352E" w:rsidRDefault="00C15E90" w:rsidP="00CE6F73">
            <w:pPr>
              <w:spacing w:after="480" w:line="252" w:lineRule="auto"/>
              <w:jc w:val="center"/>
              <w:rPr>
                <w:lang w:val="hr-HR"/>
              </w:rPr>
            </w:pPr>
          </w:p>
        </w:tc>
        <w:tc>
          <w:tcPr>
            <w:tcW w:w="353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991D832" w14:textId="77777777" w:rsidR="00C15E90" w:rsidRPr="0008352E" w:rsidRDefault="00C15E90" w:rsidP="00CE6F73">
            <w:pPr>
              <w:spacing w:after="480" w:line="252" w:lineRule="auto"/>
              <w:jc w:val="center"/>
              <w:rPr>
                <w:lang w:val="hr-HR"/>
              </w:rPr>
            </w:pPr>
          </w:p>
        </w:tc>
      </w:tr>
    </w:tbl>
    <w:p w14:paraId="4204FF73" w14:textId="77777777" w:rsidR="00C15E90" w:rsidRPr="0008352E" w:rsidRDefault="00000000">
      <w:pPr>
        <w:spacing w:before="200" w:after="40"/>
        <w:rPr>
          <w:lang w:val="hr-HR"/>
        </w:rPr>
      </w:pPr>
      <w:r w:rsidRPr="0008352E">
        <w:rPr>
          <w:rFonts w:eastAsia="Arial"/>
          <w:lang w:val="hr-HR"/>
        </w:rPr>
        <w:t xml:space="preserve">Datum: </w:t>
      </w:r>
      <w:r w:rsidRPr="0008352E">
        <w:rPr>
          <w:rFonts w:eastAsia="Arial"/>
          <w:shd w:val="clear" w:color="auto" w:fill="FFF2CC"/>
          <w:lang w:val="hr-HR"/>
        </w:rPr>
        <w:t>[UPISATI DATUM]</w:t>
      </w:r>
    </w:p>
    <w:p w14:paraId="54C8A609" w14:textId="77777777" w:rsidR="00C15E90" w:rsidRPr="0008352E" w:rsidRDefault="00000000">
      <w:pPr>
        <w:spacing w:after="200"/>
        <w:rPr>
          <w:lang w:val="hr-HR"/>
        </w:rPr>
      </w:pPr>
      <w:r w:rsidRPr="0008352E">
        <w:rPr>
          <w:rFonts w:eastAsia="Arial"/>
          <w:lang w:val="hr-HR"/>
        </w:rPr>
        <w:t xml:space="preserve">Potpis / naziv ovlaštene osobe: </w:t>
      </w:r>
      <w:r w:rsidRPr="0008352E">
        <w:rPr>
          <w:rFonts w:eastAsia="Arial"/>
          <w:shd w:val="clear" w:color="auto" w:fill="FFF2CC"/>
          <w:lang w:val="hr-HR"/>
        </w:rPr>
        <w:t>[UPISATI]</w:t>
      </w:r>
    </w:p>
    <w:p w14:paraId="30967725" w14:textId="77777777" w:rsidR="00C15E90" w:rsidRPr="0008352E" w:rsidRDefault="00000000">
      <w:pPr>
        <w:jc w:val="both"/>
        <w:rPr>
          <w:lang w:val="hr-HR"/>
        </w:rPr>
      </w:pPr>
      <w:r w:rsidRPr="0008352E">
        <w:rPr>
          <w:rFonts w:eastAsia="Arial"/>
          <w:i/>
          <w:color w:val="5B5B5B"/>
          <w:sz w:val="18"/>
          <w:lang w:val="hr-HR"/>
        </w:rPr>
        <w:t>Napomena o zaštiti osobnih podataka: osobni podaci iz ovog obrasca obrađuju se isključivo radi provedbe savjetovanja s javnošću, razmatranja zaprimljenih prijedloga i izrade izvješća. Kontaktni podaci neće se javno objaviti, a dokumentacija se čuva u skladu s propisima o arhivskom gradivu i zaštiti osobnih podataka.</w:t>
      </w:r>
    </w:p>
    <w:p w14:paraId="1765920C" w14:textId="15F8CF99" w:rsidR="00C15E90" w:rsidRPr="0008352E" w:rsidRDefault="00000000" w:rsidP="003D721C">
      <w:pPr>
        <w:jc w:val="both"/>
        <w:rPr>
          <w:lang w:val="hr-HR"/>
        </w:rPr>
      </w:pPr>
      <w:r w:rsidRPr="0008352E">
        <w:rPr>
          <w:rFonts w:eastAsia="Arial"/>
          <w:b/>
          <w:sz w:val="20"/>
          <w:lang w:val="hr-HR"/>
        </w:rPr>
        <w:t>Popunjeni obrazac dostaviti na</w:t>
      </w:r>
      <w:r w:rsidR="00DA75F4" w:rsidRPr="0008352E">
        <w:rPr>
          <w:rFonts w:eastAsia="Arial"/>
          <w:b/>
          <w:sz w:val="20"/>
          <w:lang w:val="hr-HR"/>
        </w:rPr>
        <w:t xml:space="preserve"> </w:t>
      </w:r>
      <w:hyperlink r:id="rId8" w:history="1">
        <w:r w:rsidR="00DA75F4" w:rsidRPr="0008352E">
          <w:rPr>
            <w:rStyle w:val="Hyperlink"/>
            <w:rFonts w:eastAsia="Arial"/>
            <w:b/>
            <w:sz w:val="20"/>
            <w:lang w:val="hr-HR"/>
          </w:rPr>
          <w:t>ured@vzzob.hr</w:t>
        </w:r>
      </w:hyperlink>
      <w:r w:rsidR="00DA75F4" w:rsidRPr="0008352E">
        <w:rPr>
          <w:rFonts w:eastAsia="Arial"/>
          <w:b/>
          <w:sz w:val="20"/>
          <w:lang w:val="hr-HR"/>
        </w:rPr>
        <w:t xml:space="preserve"> </w:t>
      </w:r>
      <w:r w:rsidRPr="0008352E">
        <w:rPr>
          <w:rFonts w:eastAsia="Arial"/>
          <w:b/>
          <w:sz w:val="20"/>
          <w:lang w:val="hr-HR"/>
        </w:rPr>
        <w:t>zaključno do</w:t>
      </w:r>
      <w:r w:rsidR="00DA75F4" w:rsidRPr="0008352E">
        <w:rPr>
          <w:rFonts w:eastAsia="Arial"/>
          <w:b/>
          <w:sz w:val="20"/>
          <w:lang w:val="hr-HR"/>
        </w:rPr>
        <w:t xml:space="preserve"> 1</w:t>
      </w:r>
      <w:r w:rsidR="008E50A7">
        <w:rPr>
          <w:rFonts w:eastAsia="Arial"/>
          <w:b/>
          <w:sz w:val="20"/>
          <w:lang w:val="hr-HR"/>
        </w:rPr>
        <w:t>2</w:t>
      </w:r>
      <w:r w:rsidR="00DA75F4" w:rsidRPr="0008352E">
        <w:rPr>
          <w:rFonts w:eastAsia="Arial"/>
          <w:b/>
          <w:sz w:val="20"/>
          <w:lang w:val="hr-HR"/>
        </w:rPr>
        <w:t>.0</w:t>
      </w:r>
      <w:r w:rsidR="008E50A7">
        <w:rPr>
          <w:rFonts w:eastAsia="Arial"/>
          <w:b/>
          <w:sz w:val="20"/>
          <w:lang w:val="hr-HR"/>
        </w:rPr>
        <w:t>9</w:t>
      </w:r>
      <w:r w:rsidR="00DA75F4" w:rsidRPr="0008352E">
        <w:rPr>
          <w:rFonts w:eastAsia="Arial"/>
          <w:b/>
          <w:sz w:val="20"/>
          <w:lang w:val="hr-HR"/>
        </w:rPr>
        <w:t>.2026. godine</w:t>
      </w:r>
      <w:r w:rsidRPr="0008352E">
        <w:rPr>
          <w:rFonts w:eastAsia="Arial"/>
          <w:b/>
          <w:sz w:val="20"/>
          <w:lang w:val="hr-HR"/>
        </w:rPr>
        <w:t>, uz predmet poruke: "Savjetovanje - Nacrt Pravilnika o jednostavnoj nabavi".</w:t>
      </w:r>
    </w:p>
    <w:sectPr w:rsidR="00C15E90" w:rsidRPr="0008352E" w:rsidSect="0024084C">
      <w:footerReference w:type="default" r:id="rId9"/>
      <w:headerReference w:type="first" r:id="rId10"/>
      <w:pgSz w:w="11906" w:h="16838"/>
      <w:pgMar w:top="1134" w:right="1020" w:bottom="1020" w:left="1417" w:header="510" w:footer="51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0C6AFF" w14:textId="77777777" w:rsidR="008D18E5" w:rsidRDefault="008D18E5">
      <w:pPr>
        <w:spacing w:after="0" w:line="240" w:lineRule="auto"/>
      </w:pPr>
      <w:r>
        <w:separator/>
      </w:r>
    </w:p>
  </w:endnote>
  <w:endnote w:type="continuationSeparator" w:id="0">
    <w:p w14:paraId="6799FDA7" w14:textId="77777777" w:rsidR="008D18E5" w:rsidRDefault="008D18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42AF6" w14:textId="77777777" w:rsidR="00C15E90" w:rsidRDefault="00000000">
    <w:pPr>
      <w:pStyle w:val="Footer"/>
      <w:jc w:val="center"/>
    </w:pPr>
    <w:r>
      <w:rPr>
        <w:rFonts w:eastAsia="Arial"/>
        <w:color w:val="5B5B5B"/>
        <w:sz w:val="17"/>
      </w:rPr>
      <w:t>Vatrogasna zajednica Osječko-baranjske županije | Ćićarijska 1a, 31000 Osijek | www.vzzob.hr</w:t>
    </w:r>
  </w:p>
  <w:p w14:paraId="0990F7F0" w14:textId="77777777" w:rsidR="00C15E90" w:rsidRDefault="00000000">
    <w:pPr>
      <w:jc w:val="right"/>
    </w:pPr>
    <w:r>
      <w:rPr>
        <w:rFonts w:eastAsia="Arial"/>
        <w:color w:val="5B5B5B"/>
        <w:sz w:val="18"/>
      </w:rPr>
      <w:t xml:space="preserve">Stranica </w:t>
    </w:r>
    <w:r>
      <w:fldChar w:fldCharType="begin"/>
    </w:r>
    <w:r>
      <w:instrText>PAGE</w:instrText>
    </w:r>
    <w:r>
      <w:fldChar w:fldCharType="separate"/>
    </w:r>
    <w:r>
      <w:rPr>
        <w:sz w:val="18"/>
      </w:rPr>
      <w:t>1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8BFAA7" w14:textId="77777777" w:rsidR="008D18E5" w:rsidRDefault="008D18E5">
      <w:pPr>
        <w:spacing w:after="0" w:line="240" w:lineRule="auto"/>
      </w:pPr>
      <w:r>
        <w:separator/>
      </w:r>
    </w:p>
  </w:footnote>
  <w:footnote w:type="continuationSeparator" w:id="0">
    <w:p w14:paraId="58A74ADF" w14:textId="77777777" w:rsidR="008D18E5" w:rsidRDefault="008D18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B5DB9" w14:textId="77777777" w:rsidR="0024084C" w:rsidRDefault="0024084C" w:rsidP="0024084C">
    <w:pPr>
      <w:pStyle w:val="Header"/>
      <w:rPr>
        <w:lang w:val="hr-HR"/>
      </w:rPr>
    </w:pPr>
  </w:p>
  <w:p w14:paraId="67073C93" w14:textId="77777777" w:rsidR="0024084C" w:rsidRPr="0069160E" w:rsidRDefault="0024084C" w:rsidP="0024084C">
    <w:pPr>
      <w:tabs>
        <w:tab w:val="left" w:pos="765"/>
      </w:tabs>
    </w:pPr>
    <w:r w:rsidRPr="0069160E">
      <w:rPr>
        <w:noProof/>
      </w:rPr>
      <w:drawing>
        <wp:anchor distT="0" distB="0" distL="114300" distR="114300" simplePos="0" relativeHeight="251660288" behindDoc="1" locked="0" layoutInCell="1" allowOverlap="1" wp14:anchorId="7AFDF183" wp14:editId="7B273768">
          <wp:simplePos x="0" y="0"/>
          <wp:positionH relativeFrom="column">
            <wp:posOffset>-171450</wp:posOffset>
          </wp:positionH>
          <wp:positionV relativeFrom="paragraph">
            <wp:posOffset>-228600</wp:posOffset>
          </wp:positionV>
          <wp:extent cx="981075" cy="1010920"/>
          <wp:effectExtent l="0" t="0" r="9525" b="0"/>
          <wp:wrapNone/>
          <wp:docPr id="124441561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075" cy="1010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 w:rsidRPr="0069160E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A8584B2" wp14:editId="5F407A80">
              <wp:simplePos x="0" y="0"/>
              <wp:positionH relativeFrom="column">
                <wp:posOffset>833755</wp:posOffset>
              </wp:positionH>
              <wp:positionV relativeFrom="paragraph">
                <wp:posOffset>-99695</wp:posOffset>
              </wp:positionV>
              <wp:extent cx="5324475" cy="723900"/>
              <wp:effectExtent l="0" t="0" r="9525" b="0"/>
              <wp:wrapNone/>
              <wp:docPr id="518261348" name="Tekstni okvi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24475" cy="723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C0756B1" w14:textId="77777777" w:rsidR="0024084C" w:rsidRPr="00B87AC0" w:rsidRDefault="0024084C" w:rsidP="0024084C">
                          <w:pPr>
                            <w:pStyle w:val="NoSpacing"/>
                            <w:pBdr>
                              <w:bottom w:val="single" w:sz="4" w:space="1" w:color="auto"/>
                            </w:pBdr>
                            <w:rPr>
                              <w:rFonts w:ascii="Palatino Linotype" w:hAnsi="Palatino Linotype"/>
                              <w:b/>
                              <w:sz w:val="26"/>
                              <w:szCs w:val="26"/>
                            </w:rPr>
                          </w:pPr>
                          <w:r w:rsidRPr="00B87AC0">
                            <w:rPr>
                              <w:rFonts w:ascii="Palatino Linotype" w:hAnsi="Palatino Linotype"/>
                              <w:b/>
                              <w:sz w:val="26"/>
                              <w:szCs w:val="26"/>
                            </w:rPr>
                            <w:t>VATROGASNA ZAJEDNICA OSJEČKO-BARANJSKE ŽUPANIJE</w:t>
                          </w:r>
                        </w:p>
                        <w:p w14:paraId="4095C062" w14:textId="77777777" w:rsidR="0024084C" w:rsidRPr="00046484" w:rsidRDefault="0024084C" w:rsidP="0024084C">
                          <w:pPr>
                            <w:pStyle w:val="NoSpacing"/>
                            <w:rPr>
                              <w:rStyle w:val="Hyperlink"/>
                              <w:rFonts w:ascii="Palatino Linotype" w:eastAsia="SimSun" w:hAnsi="Palatino Linotype"/>
                              <w:sz w:val="20"/>
                              <w:szCs w:val="20"/>
                            </w:rPr>
                          </w:pPr>
                          <w:r w:rsidRPr="00046484">
                            <w:rPr>
                              <w:rFonts w:ascii="Palatino Linotype" w:hAnsi="Palatino Linotype"/>
                              <w:sz w:val="20"/>
                              <w:szCs w:val="20"/>
                            </w:rPr>
                            <w:t>Ćićarijska ulica 1a, 31000 Osijek – OIB:</w:t>
                          </w:r>
                          <w:r w:rsidRPr="00046484">
                            <w:t xml:space="preserve"> </w:t>
                          </w:r>
                          <w:r w:rsidRPr="00046484">
                            <w:rPr>
                              <w:rFonts w:ascii="Palatino Linotype" w:hAnsi="Palatino Linotype"/>
                              <w:sz w:val="20"/>
                              <w:szCs w:val="20"/>
                            </w:rPr>
                            <w:t>73290589651 – IBAN: HR8523400091111118373</w:t>
                          </w:r>
                        </w:p>
                        <w:p w14:paraId="4C0241A6" w14:textId="77777777" w:rsidR="0024084C" w:rsidRDefault="0024084C" w:rsidP="0024084C">
                          <w:pPr>
                            <w:pStyle w:val="NoSpacing"/>
                            <w:rPr>
                              <w:rFonts w:ascii="Palatino Linotype" w:hAnsi="Palatino Linotype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Palatino Linotype" w:hAnsi="Palatino Linotype"/>
                              <w:sz w:val="20"/>
                              <w:szCs w:val="20"/>
                            </w:rPr>
                            <w:t xml:space="preserve">tel.: 031/215-146; 031/201-104 – web: </w:t>
                          </w:r>
                          <w:hyperlink r:id="rId2" w:history="1">
                            <w:r>
                              <w:rPr>
                                <w:rStyle w:val="Hyperlink"/>
                                <w:rFonts w:ascii="Palatino Linotype" w:eastAsia="SimSun" w:hAnsi="Palatino Linotype"/>
                                <w:sz w:val="20"/>
                                <w:szCs w:val="20"/>
                              </w:rPr>
                              <w:t>www.vzzob.hr</w:t>
                            </w:r>
                          </w:hyperlink>
                          <w:r>
                            <w:rPr>
                              <w:rFonts w:ascii="Palatino Linotype" w:hAnsi="Palatino Linotype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046484">
                            <w:rPr>
                              <w:rFonts w:ascii="Palatino Linotype" w:hAnsi="Palatino Linotype"/>
                              <w:sz w:val="20"/>
                              <w:szCs w:val="20"/>
                            </w:rPr>
                            <w:t xml:space="preserve">– </w:t>
                          </w:r>
                          <w:r w:rsidRPr="00FC7C1B">
                            <w:rPr>
                              <w:rFonts w:ascii="Palatino Linotype" w:hAnsi="Palatino Linotype"/>
                              <w:sz w:val="20"/>
                              <w:szCs w:val="20"/>
                            </w:rPr>
                            <w:t xml:space="preserve">e-mail: </w:t>
                          </w:r>
                          <w:hyperlink r:id="rId3" w:history="1">
                            <w:r>
                              <w:rPr>
                                <w:rStyle w:val="Hyperlink"/>
                                <w:rFonts w:ascii="Palatino Linotype" w:eastAsia="SimSun" w:hAnsi="Palatino Linotype"/>
                                <w:sz w:val="20"/>
                                <w:szCs w:val="20"/>
                              </w:rPr>
                              <w:t>ured@vzzob.hr</w:t>
                            </w:r>
                          </w:hyperlink>
                        </w:p>
                        <w:p w14:paraId="0D9D532D" w14:textId="77777777" w:rsidR="0024084C" w:rsidRPr="00B87AC0" w:rsidRDefault="0024084C" w:rsidP="0024084C">
                          <w:pPr>
                            <w:pStyle w:val="NoSpacing"/>
                            <w:rPr>
                              <w:rFonts w:ascii="Palatino Linotype" w:hAnsi="Palatino Linotype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A8584B2" id="_x0000_t202" coordsize="21600,21600" o:spt="202" path="m,l,21600r21600,l21600,xe">
              <v:stroke joinstyle="miter"/>
              <v:path gradientshapeok="t" o:connecttype="rect"/>
            </v:shapetype>
            <v:shape id="Tekstni okvir 2" o:spid="_x0000_s1026" type="#_x0000_t202" style="position:absolute;margin-left:65.65pt;margin-top:-7.85pt;width:419.25pt;height:5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" stroked="f">
              <v:textbox>
                <w:txbxContent>
                  <w:p w14:paraId="7C0756B1" w14:textId="77777777" w:rsidR="0024084C" w:rsidRPr="00B87AC0" w:rsidRDefault="0024084C" w:rsidP="0024084C">
                    <w:pPr>
                      <w:pStyle w:val="NoSpacing"/>
                      <w:pBdr>
                        <w:bottom w:val="single" w:sz="4" w:space="1" w:color="auto"/>
                      </w:pBdr>
                      <w:rPr>
                        <w:rFonts w:ascii="Palatino Linotype" w:hAnsi="Palatino Linotype"/>
                        <w:b/>
                        <w:sz w:val="26"/>
                        <w:szCs w:val="26"/>
                      </w:rPr>
                    </w:pPr>
                    <w:r w:rsidRPr="00B87AC0">
                      <w:rPr>
                        <w:rFonts w:ascii="Palatino Linotype" w:hAnsi="Palatino Linotype"/>
                        <w:b/>
                        <w:sz w:val="26"/>
                        <w:szCs w:val="26"/>
                      </w:rPr>
                      <w:t>VATROGASNA ZAJEDNICA OSJEČKO-BARANJSKE ŽUPANIJE</w:t>
                    </w:r>
                  </w:p>
                  <w:p w14:paraId="4095C062" w14:textId="77777777" w:rsidR="0024084C" w:rsidRPr="00046484" w:rsidRDefault="0024084C" w:rsidP="0024084C">
                    <w:pPr>
                      <w:pStyle w:val="NoSpacing"/>
                      <w:rPr>
                        <w:rStyle w:val="Hyperlink"/>
                        <w:rFonts w:ascii="Palatino Linotype" w:eastAsia="SimSun" w:hAnsi="Palatino Linotype"/>
                        <w:sz w:val="20"/>
                        <w:szCs w:val="20"/>
                      </w:rPr>
                    </w:pPr>
                    <w:r w:rsidRPr="00046484">
                      <w:rPr>
                        <w:rFonts w:ascii="Palatino Linotype" w:hAnsi="Palatino Linotype"/>
                        <w:sz w:val="20"/>
                        <w:szCs w:val="20"/>
                      </w:rPr>
                      <w:t>Ćićarijska ulica 1a, 31000 Osijek – OIB:</w:t>
                    </w:r>
                    <w:r w:rsidRPr="00046484">
                      <w:t xml:space="preserve"> </w:t>
                    </w:r>
                    <w:r w:rsidRPr="00046484">
                      <w:rPr>
                        <w:rFonts w:ascii="Palatino Linotype" w:hAnsi="Palatino Linotype"/>
                        <w:sz w:val="20"/>
                        <w:szCs w:val="20"/>
                      </w:rPr>
                      <w:t>73290589651 – IBAN: HR8523400091111118373</w:t>
                    </w:r>
                  </w:p>
                  <w:p w14:paraId="4C0241A6" w14:textId="77777777" w:rsidR="0024084C" w:rsidRDefault="0024084C" w:rsidP="0024084C">
                    <w:pPr>
                      <w:pStyle w:val="NoSpacing"/>
                      <w:rPr>
                        <w:rFonts w:ascii="Palatino Linotype" w:hAnsi="Palatino Linotype"/>
                        <w:sz w:val="20"/>
                        <w:szCs w:val="20"/>
                      </w:rPr>
                    </w:pPr>
                    <w:r>
                      <w:rPr>
                        <w:rFonts w:ascii="Palatino Linotype" w:hAnsi="Palatino Linotype"/>
                        <w:sz w:val="20"/>
                        <w:szCs w:val="20"/>
                      </w:rPr>
                      <w:t xml:space="preserve">tel.: 031/215-146; 031/201-104 – web: </w:t>
                    </w:r>
                    <w:hyperlink r:id="rId4" w:history="1">
                      <w:r>
                        <w:rPr>
                          <w:rStyle w:val="Hyperlink"/>
                          <w:rFonts w:ascii="Palatino Linotype" w:eastAsia="SimSun" w:hAnsi="Palatino Linotype"/>
                          <w:sz w:val="20"/>
                          <w:szCs w:val="20"/>
                        </w:rPr>
                        <w:t>www.vzzob.hr</w:t>
                      </w:r>
                    </w:hyperlink>
                    <w:r>
                      <w:rPr>
                        <w:rFonts w:ascii="Palatino Linotype" w:hAnsi="Palatino Linotype"/>
                        <w:sz w:val="20"/>
                        <w:szCs w:val="20"/>
                      </w:rPr>
                      <w:t xml:space="preserve"> </w:t>
                    </w:r>
                    <w:r w:rsidRPr="00046484">
                      <w:rPr>
                        <w:rFonts w:ascii="Palatino Linotype" w:hAnsi="Palatino Linotype"/>
                        <w:sz w:val="20"/>
                        <w:szCs w:val="20"/>
                      </w:rPr>
                      <w:t xml:space="preserve">– </w:t>
                    </w:r>
                    <w:r w:rsidRPr="00FC7C1B">
                      <w:rPr>
                        <w:rFonts w:ascii="Palatino Linotype" w:hAnsi="Palatino Linotype"/>
                        <w:sz w:val="20"/>
                        <w:szCs w:val="20"/>
                      </w:rPr>
                      <w:t xml:space="preserve">e-mail: </w:t>
                    </w:r>
                    <w:hyperlink r:id="rId5" w:history="1">
                      <w:r>
                        <w:rPr>
                          <w:rStyle w:val="Hyperlink"/>
                          <w:rFonts w:ascii="Palatino Linotype" w:eastAsia="SimSun" w:hAnsi="Palatino Linotype"/>
                          <w:sz w:val="20"/>
                          <w:szCs w:val="20"/>
                        </w:rPr>
                        <w:t>ured@vzzob.hr</w:t>
                      </w:r>
                    </w:hyperlink>
                  </w:p>
                  <w:p w14:paraId="0D9D532D" w14:textId="77777777" w:rsidR="0024084C" w:rsidRPr="00B87AC0" w:rsidRDefault="0024084C" w:rsidP="0024084C">
                    <w:pPr>
                      <w:pStyle w:val="NoSpacing"/>
                      <w:rPr>
                        <w:rFonts w:ascii="Palatino Linotype" w:hAnsi="Palatino Linotype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69160E">
      <w:tab/>
    </w:r>
  </w:p>
  <w:p w14:paraId="1BABC05A" w14:textId="77777777" w:rsidR="0024084C" w:rsidRDefault="0024084C" w:rsidP="0024084C">
    <w:pPr>
      <w:jc w:val="both"/>
      <w:rPr>
        <w:rFonts w:ascii="Times New Roman" w:hAnsi="Times New Roman"/>
        <w:sz w:val="24"/>
        <w:szCs w:val="24"/>
        <w:lang w:val="hr-HR"/>
      </w:rPr>
    </w:pPr>
  </w:p>
  <w:p w14:paraId="26FEF438" w14:textId="77777777" w:rsidR="0024084C" w:rsidRPr="00A95F76" w:rsidRDefault="0024084C" w:rsidP="0024084C">
    <w:pPr>
      <w:pStyle w:val="Header"/>
      <w:rPr>
        <w:lang w:val="hr-HR"/>
      </w:rPr>
    </w:pPr>
  </w:p>
  <w:p w14:paraId="1DEBD2AD" w14:textId="77777777" w:rsidR="0024084C" w:rsidRDefault="0024084C" w:rsidP="0024084C">
    <w:pPr>
      <w:pStyle w:val="Header"/>
    </w:pPr>
  </w:p>
  <w:p w14:paraId="630B0E6C" w14:textId="77777777" w:rsidR="0024084C" w:rsidRDefault="0024084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18970701">
    <w:abstractNumId w:val="8"/>
  </w:num>
  <w:num w:numId="2" w16cid:durableId="1298416462">
    <w:abstractNumId w:val="6"/>
  </w:num>
  <w:num w:numId="3" w16cid:durableId="1313556387">
    <w:abstractNumId w:val="5"/>
  </w:num>
  <w:num w:numId="4" w16cid:durableId="1211771843">
    <w:abstractNumId w:val="4"/>
  </w:num>
  <w:num w:numId="5" w16cid:durableId="1115751627">
    <w:abstractNumId w:val="7"/>
  </w:num>
  <w:num w:numId="6" w16cid:durableId="253903467">
    <w:abstractNumId w:val="3"/>
  </w:num>
  <w:num w:numId="7" w16cid:durableId="807238736">
    <w:abstractNumId w:val="2"/>
  </w:num>
  <w:num w:numId="8" w16cid:durableId="751699645">
    <w:abstractNumId w:val="1"/>
  </w:num>
  <w:num w:numId="9" w16cid:durableId="21318505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8352E"/>
    <w:rsid w:val="0015074B"/>
    <w:rsid w:val="0016207A"/>
    <w:rsid w:val="001E5F59"/>
    <w:rsid w:val="0024084C"/>
    <w:rsid w:val="0029639D"/>
    <w:rsid w:val="00326F90"/>
    <w:rsid w:val="003D721C"/>
    <w:rsid w:val="008D18E5"/>
    <w:rsid w:val="008E50A7"/>
    <w:rsid w:val="009B7957"/>
    <w:rsid w:val="00AA1D8D"/>
    <w:rsid w:val="00B47730"/>
    <w:rsid w:val="00C15E90"/>
    <w:rsid w:val="00CB0664"/>
    <w:rsid w:val="00CE6F73"/>
    <w:rsid w:val="00DA75F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65C8B3"/>
  <w14:defaultImageDpi w14:val="300"/>
  <w15:docId w15:val="{A37BE11A-210C-4084-92E1-4E2B7B69B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20" w:line="264" w:lineRule="auto"/>
    </w:pPr>
    <w:rPr>
      <w:rFonts w:ascii="Arial" w:hAnsi="Arial"/>
      <w:color w:val="2020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/>
      <w:b/>
      <w:bCs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link w:val="NoSpacingChar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qFormat/>
    <w:rsid w:val="0024084C"/>
    <w:rPr>
      <w:color w:val="0000FF"/>
      <w:u w:val="single"/>
    </w:rPr>
  </w:style>
  <w:style w:type="character" w:customStyle="1" w:styleId="NoSpacingChar">
    <w:name w:val="No Spacing Char"/>
    <w:link w:val="NoSpacing"/>
    <w:uiPriority w:val="1"/>
    <w:qFormat/>
    <w:rsid w:val="0024084C"/>
  </w:style>
  <w:style w:type="character" w:styleId="UnresolvedMention">
    <w:name w:val="Unresolved Mention"/>
    <w:basedOn w:val="DefaultParagraphFont"/>
    <w:uiPriority w:val="99"/>
    <w:semiHidden/>
    <w:unhideWhenUsed/>
    <w:rsid w:val="00DA75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ed@vzzob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vz-zup-os.bar@os.t-com.hr" TargetMode="External"/><Relationship Id="rId2" Type="http://schemas.openxmlformats.org/officeDocument/2006/relationships/hyperlink" Target="http://www.vzzob.hr" TargetMode="External"/><Relationship Id="rId1" Type="http://schemas.openxmlformats.org/officeDocument/2006/relationships/image" Target="media/image1.jpeg"/><Relationship Id="rId5" Type="http://schemas.openxmlformats.org/officeDocument/2006/relationships/hyperlink" Target="mailto:vz-zup-os.bar@os.t-com.hr" TargetMode="External"/><Relationship Id="rId4" Type="http://schemas.openxmlformats.org/officeDocument/2006/relationships/hyperlink" Target="http://www.vzzob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sudjelovanja u savjetovanju s javnošću</vt:lpstr>
    </vt:vector>
  </TitlesOfParts>
  <Manager/>
  <Company/>
  <LinksUpToDate>false</LinksUpToDate>
  <CharactersWithSpaces>1215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sudjelovanja u savjetovanju s javnošću</dc:title>
  <dc:subject>Savjetovanje s javnošću o Nacrtu Pravilnika jednostavne nabave</dc:subject>
  <dc:creator>Vatrogasna zajednica Osječko-baranjske županije</dc:creator>
  <cp:keywords>savjetovanje s javnošću, jednostavna nabava, VZ OBŽ</cp:keywords>
  <dc:description>generated by python-docx</dc:description>
  <cp:lastModifiedBy>Mario Pernar</cp:lastModifiedBy>
  <cp:revision>6</cp:revision>
  <dcterms:created xsi:type="dcterms:W3CDTF">2013-12-23T23:15:00Z</dcterms:created>
  <dcterms:modified xsi:type="dcterms:W3CDTF">2026-08-12T19:46:00Z</dcterms:modified>
  <cp:category/>
</cp:coreProperties>
</file>